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B5351" w14:textId="38A50B34" w:rsidR="00D65649" w:rsidRPr="00BA70FB" w:rsidRDefault="00BA70FB">
      <w:pPr>
        <w:pStyle w:val="berschrift1"/>
        <w:rPr>
          <w:rFonts w:cstheme="majorHAnsi"/>
        </w:rPr>
      </w:pPr>
      <w:r>
        <w:rPr>
          <w:rFonts w:cstheme="majorHAnsi"/>
          <w:noProof/>
        </w:rPr>
        <w:drawing>
          <wp:anchor distT="0" distB="0" distL="114300" distR="114300" simplePos="0" relativeHeight="251657216" behindDoc="0" locked="0" layoutInCell="1" allowOverlap="1" wp14:anchorId="1EE12B56" wp14:editId="645D9913">
            <wp:simplePos x="0" y="0"/>
            <wp:positionH relativeFrom="column">
              <wp:posOffset>-38100</wp:posOffset>
            </wp:positionH>
            <wp:positionV relativeFrom="paragraph">
              <wp:posOffset>-381000</wp:posOffset>
            </wp:positionV>
            <wp:extent cx="5486400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525" y="21196"/>
                <wp:lineTo x="21525" y="0"/>
                <wp:lineTo x="0" y="0"/>
              </wp:wrapPolygon>
            </wp:wrapThrough>
            <wp:docPr id="297425299" name="Grafik 1" descr="Ein Bild, das Text, Schrift, Informatione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25299" name="Grafik 1" descr="Ein Bild, das Text, Schrift, Informationen enthäl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BA70FB">
        <w:rPr>
          <w:rFonts w:cstheme="majorHAnsi"/>
        </w:rPr>
        <w:t>INTERNATIONAL SOCIETY OF SURGERY / SOCIÉTÉ INTERNATIONALE DE CHIRURGIE (ISS/SIC)</w:t>
      </w:r>
    </w:p>
    <w:p w14:paraId="56F80F22" w14:textId="77777777" w:rsidR="00D65649" w:rsidRPr="00BA70FB" w:rsidRDefault="00000000">
      <w:pPr>
        <w:pStyle w:val="berschrift2"/>
        <w:rPr>
          <w:rFonts w:cstheme="majorHAnsi"/>
        </w:rPr>
      </w:pPr>
      <w:r w:rsidRPr="00BA70FB">
        <w:rPr>
          <w:rFonts w:cstheme="majorHAnsi"/>
        </w:rPr>
        <w:t>APPLICATION FORM FOR SECRETARY-GENERAL</w:t>
      </w:r>
    </w:p>
    <w:p w14:paraId="05697AD9" w14:textId="77777777" w:rsidR="00D65649" w:rsidRPr="00BA70FB" w:rsidRDefault="00000000">
      <w:pPr>
        <w:pStyle w:val="berschrift3"/>
        <w:rPr>
          <w:rFonts w:cstheme="majorHAnsi"/>
        </w:rPr>
      </w:pPr>
      <w:r w:rsidRPr="00BA70FB">
        <w:rPr>
          <w:rFonts w:cstheme="majorHAnsi"/>
        </w:rPr>
        <w:t>SECTION 1: PERSONAL INFORMATION</w:t>
      </w:r>
    </w:p>
    <w:p w14:paraId="3A9A9519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Full Name:</w:t>
      </w:r>
    </w:p>
    <w:p w14:paraId="5756B7BF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Title (Dr., Prof., etc.):</w:t>
      </w:r>
    </w:p>
    <w:p w14:paraId="34D40828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Date of Birth:</w:t>
      </w:r>
    </w:p>
    <w:p w14:paraId="4549C457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Nationality:</w:t>
      </w:r>
    </w:p>
    <w:p w14:paraId="39FE2754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Address:</w:t>
      </w:r>
    </w:p>
    <w:p w14:paraId="6637A6AB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Email Address:</w:t>
      </w:r>
    </w:p>
    <w:p w14:paraId="0001D035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Phone Number:</w:t>
      </w:r>
    </w:p>
    <w:p w14:paraId="609D2BD0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ISS/SIC or Integrated Society Membership (Yes/No - Since Year):</w:t>
      </w:r>
    </w:p>
    <w:p w14:paraId="08A6AB00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Total Years of Membership:</w:t>
      </w:r>
    </w:p>
    <w:p w14:paraId="7CFAD791" w14:textId="77777777" w:rsidR="00D65649" w:rsidRPr="00BA70FB" w:rsidRDefault="00000000">
      <w:pPr>
        <w:pStyle w:val="berschrift3"/>
        <w:rPr>
          <w:rFonts w:cstheme="majorHAnsi"/>
        </w:rPr>
      </w:pPr>
      <w:r w:rsidRPr="00BA70FB">
        <w:rPr>
          <w:rFonts w:cstheme="majorHAnsi"/>
        </w:rPr>
        <w:t>SECTION 2: REQUIRED DOCUMENTS</w:t>
      </w:r>
    </w:p>
    <w:p w14:paraId="3E2CDB33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="Segoe UI Symbol" w:hAnsi="Segoe UI Symbol" w:cs="Segoe UI Symbol"/>
        </w:rPr>
        <w:t>☐</w:t>
      </w:r>
      <w:r w:rsidRPr="00BA70FB">
        <w:rPr>
          <w:rFonts w:asciiTheme="majorHAnsi" w:hAnsiTheme="majorHAnsi" w:cstheme="majorHAnsi"/>
        </w:rPr>
        <w:t xml:space="preserve"> Curriculum Vitae</w:t>
      </w:r>
    </w:p>
    <w:p w14:paraId="59E20160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="Segoe UI Symbol" w:hAnsi="Segoe UI Symbol" w:cs="Segoe UI Symbol"/>
        </w:rPr>
        <w:t>☐</w:t>
      </w:r>
      <w:r w:rsidRPr="00BA70FB">
        <w:rPr>
          <w:rFonts w:asciiTheme="majorHAnsi" w:hAnsiTheme="majorHAnsi" w:cstheme="majorHAnsi"/>
        </w:rPr>
        <w:t xml:space="preserve"> Short motivation letter for the position</w:t>
      </w:r>
    </w:p>
    <w:p w14:paraId="4E5BB583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="Segoe UI Symbol" w:hAnsi="Segoe UI Symbol" w:cs="Segoe UI Symbol"/>
        </w:rPr>
        <w:t>☐</w:t>
      </w:r>
      <w:r w:rsidRPr="00BA70FB">
        <w:rPr>
          <w:rFonts w:asciiTheme="majorHAnsi" w:hAnsiTheme="majorHAnsi" w:cstheme="majorHAnsi"/>
        </w:rPr>
        <w:t xml:space="preserve"> Vision statement for the ISS/SIC (maximum one A4 page)</w:t>
      </w:r>
    </w:p>
    <w:p w14:paraId="2F4F432C" w14:textId="77777777" w:rsidR="00D65649" w:rsidRPr="00BA70FB" w:rsidRDefault="00000000">
      <w:pPr>
        <w:pStyle w:val="Aufzhlungszeichen"/>
        <w:rPr>
          <w:rFonts w:asciiTheme="majorHAnsi" w:hAnsiTheme="majorHAnsi" w:cstheme="majorHAnsi"/>
        </w:rPr>
      </w:pPr>
      <w:r w:rsidRPr="00BA70FB">
        <w:rPr>
          <w:rFonts w:ascii="Segoe UI Symbol" w:hAnsi="Segoe UI Symbol" w:cs="Segoe UI Symbol"/>
        </w:rPr>
        <w:t>☐</w:t>
      </w:r>
      <w:r w:rsidRPr="00BA70FB">
        <w:rPr>
          <w:rFonts w:asciiTheme="majorHAnsi" w:hAnsiTheme="majorHAnsi" w:cstheme="majorHAnsi"/>
        </w:rPr>
        <w:t xml:space="preserve"> Names and contact details of three referees</w:t>
      </w:r>
    </w:p>
    <w:p w14:paraId="0ED0CDFF" w14:textId="77777777" w:rsidR="00D65649" w:rsidRPr="00BA70FB" w:rsidRDefault="00000000">
      <w:pPr>
        <w:pStyle w:val="berschrift3"/>
        <w:rPr>
          <w:rFonts w:cstheme="majorHAnsi"/>
        </w:rPr>
      </w:pPr>
      <w:r w:rsidRPr="00BA70FB">
        <w:rPr>
          <w:rFonts w:cstheme="majorHAnsi"/>
        </w:rPr>
        <w:t>SECTION 3: POSITION DESCRIPTION</w:t>
      </w:r>
    </w:p>
    <w:p w14:paraId="7B7B6F66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SECRETARY-GENERAL OF THE ISS/SIC</w:t>
      </w:r>
    </w:p>
    <w:p w14:paraId="496D8BFF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The Secretary-General is the executive and strategic head of the ISS/SIC and is responsible for:</w:t>
      </w:r>
      <w:r w:rsidRPr="00BA70FB">
        <w:rPr>
          <w:rFonts w:asciiTheme="majorHAnsi" w:hAnsiTheme="majorHAnsi" w:cstheme="majorHAnsi"/>
        </w:rPr>
        <w:br/>
        <w:t>- Advising and supporting the President and Executive Committee</w:t>
      </w:r>
      <w:r w:rsidRPr="00BA70FB">
        <w:rPr>
          <w:rFonts w:asciiTheme="majorHAnsi" w:hAnsiTheme="majorHAnsi" w:cstheme="majorHAnsi"/>
        </w:rPr>
        <w:br/>
        <w:t>- Managing the ISS/SIC Secretariat in Zurich</w:t>
      </w:r>
      <w:r w:rsidRPr="00BA70FB">
        <w:rPr>
          <w:rFonts w:asciiTheme="majorHAnsi" w:hAnsiTheme="majorHAnsi" w:cstheme="majorHAnsi"/>
        </w:rPr>
        <w:br/>
        <w:t>- Implementing strategic goals of the Society and its Integrated Societies</w:t>
      </w:r>
      <w:r w:rsidRPr="00BA70FB">
        <w:rPr>
          <w:rFonts w:asciiTheme="majorHAnsi" w:hAnsiTheme="majorHAnsi" w:cstheme="majorHAnsi"/>
        </w:rPr>
        <w:br/>
        <w:t>- Coordinating communication among the Society's organs and members</w:t>
      </w:r>
      <w:r w:rsidRPr="00BA70FB">
        <w:rPr>
          <w:rFonts w:asciiTheme="majorHAnsi" w:hAnsiTheme="majorHAnsi" w:cstheme="majorHAnsi"/>
        </w:rPr>
        <w:br/>
        <w:t>- Organizing the biennial International Surgical Week – “The World’s Congress of Surgery”</w:t>
      </w:r>
      <w:r w:rsidRPr="00BA70FB">
        <w:rPr>
          <w:rFonts w:asciiTheme="majorHAnsi" w:hAnsiTheme="majorHAnsi" w:cstheme="majorHAnsi"/>
        </w:rPr>
        <w:br/>
        <w:t>- Leading strategic planning, budgeting, operations, and inter-society liaison</w:t>
      </w:r>
    </w:p>
    <w:p w14:paraId="0AA09DDE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lastRenderedPageBreak/>
        <w:t>Key Competencies</w:t>
      </w:r>
    </w:p>
    <w:p w14:paraId="4ED4F429" w14:textId="1221216C" w:rsid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- International recognition in Surgery</w:t>
      </w:r>
      <w:r w:rsidRPr="00BA70FB">
        <w:rPr>
          <w:rFonts w:asciiTheme="majorHAnsi" w:hAnsiTheme="majorHAnsi" w:cstheme="majorHAnsi"/>
        </w:rPr>
        <w:br/>
        <w:t>- Fiscal and project management skills</w:t>
      </w:r>
      <w:r w:rsidRPr="00BA70FB">
        <w:rPr>
          <w:rFonts w:asciiTheme="majorHAnsi" w:hAnsiTheme="majorHAnsi" w:cstheme="majorHAnsi"/>
        </w:rPr>
        <w:br/>
        <w:t>- Strategic planning and human resource management</w:t>
      </w:r>
      <w:r w:rsidRPr="00BA70FB">
        <w:rPr>
          <w:rFonts w:asciiTheme="majorHAnsi" w:hAnsiTheme="majorHAnsi" w:cstheme="majorHAnsi"/>
        </w:rPr>
        <w:br/>
        <w:t>- Communication and innovation in service delivery</w:t>
      </w:r>
    </w:p>
    <w:p w14:paraId="5AA7B0AB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Eligibility Criteria</w:t>
      </w:r>
    </w:p>
    <w:p w14:paraId="6E317FE9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- Active member of ISS/SIC or its Integrated Societies for at least 10 years</w:t>
      </w:r>
      <w:r w:rsidRPr="00BA70FB">
        <w:rPr>
          <w:rFonts w:asciiTheme="majorHAnsi" w:hAnsiTheme="majorHAnsi" w:cstheme="majorHAnsi"/>
        </w:rPr>
        <w:br/>
        <w:t>- Demonstrated leadership and international engagement in surgical fields</w:t>
      </w:r>
    </w:p>
    <w:p w14:paraId="7C050E25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Commitment</w:t>
      </w:r>
    </w:p>
    <w:p w14:paraId="68FC8F0F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- 4-year term, renewable up to 8 years at the discretion of the Council</w:t>
      </w:r>
      <w:r w:rsidRPr="00BA70FB">
        <w:rPr>
          <w:rFonts w:asciiTheme="majorHAnsi" w:hAnsiTheme="majorHAnsi" w:cstheme="majorHAnsi"/>
        </w:rPr>
        <w:br/>
        <w:t>- This is an honorary (unsalaried) position</w:t>
      </w:r>
      <w:r w:rsidRPr="00BA70FB">
        <w:rPr>
          <w:rFonts w:asciiTheme="majorHAnsi" w:hAnsiTheme="majorHAnsi" w:cstheme="majorHAnsi"/>
        </w:rPr>
        <w:br/>
        <w:t>- Expenses incurred will be reimbursed; an honorarium may be awarded</w:t>
      </w:r>
    </w:p>
    <w:p w14:paraId="3C0928C3" w14:textId="77777777" w:rsidR="00D65649" w:rsidRPr="00BA70FB" w:rsidRDefault="00000000">
      <w:pPr>
        <w:pStyle w:val="berschrift3"/>
        <w:rPr>
          <w:rFonts w:cstheme="majorHAnsi"/>
        </w:rPr>
      </w:pPr>
      <w:r w:rsidRPr="00BA70FB">
        <w:rPr>
          <w:rFonts w:cstheme="majorHAnsi"/>
        </w:rPr>
        <w:t>SECTION 4: DECLARATION AND COMMITMENT</w:t>
      </w:r>
    </w:p>
    <w:p w14:paraId="466D9369" w14:textId="77777777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By signing below, I declare that:</w:t>
      </w:r>
      <w:r w:rsidRPr="00BA70FB">
        <w:rPr>
          <w:rFonts w:asciiTheme="majorHAnsi" w:hAnsiTheme="majorHAnsi" w:cstheme="majorHAnsi"/>
        </w:rPr>
        <w:br/>
        <w:t>- All information provided is accurate to the best of my knowledge</w:t>
      </w:r>
      <w:r w:rsidRPr="00BA70FB">
        <w:rPr>
          <w:rFonts w:asciiTheme="majorHAnsi" w:hAnsiTheme="majorHAnsi" w:cstheme="majorHAnsi"/>
        </w:rPr>
        <w:br/>
        <w:t>- I understand the voluntary nature of the position</w:t>
      </w:r>
      <w:r w:rsidRPr="00BA70FB">
        <w:rPr>
          <w:rFonts w:asciiTheme="majorHAnsi" w:hAnsiTheme="majorHAnsi" w:cstheme="majorHAnsi"/>
        </w:rPr>
        <w:br/>
        <w:t>- I commit to fulfilling the responsibilities of Secretary-General if appointed</w:t>
      </w:r>
      <w:r w:rsidRPr="00BA70FB">
        <w:rPr>
          <w:rFonts w:asciiTheme="majorHAnsi" w:hAnsiTheme="majorHAnsi" w:cstheme="majorHAnsi"/>
        </w:rPr>
        <w:br/>
        <w:t>- I am prepared to serve a term of 4 years, with a possible renewal to 8 years</w:t>
      </w:r>
      <w:r w:rsidRPr="00BA70FB">
        <w:rPr>
          <w:rFonts w:asciiTheme="majorHAnsi" w:hAnsiTheme="majorHAnsi" w:cstheme="majorHAnsi"/>
        </w:rPr>
        <w:br/>
      </w:r>
      <w:r w:rsidRPr="00BA70FB">
        <w:rPr>
          <w:rFonts w:asciiTheme="majorHAnsi" w:hAnsiTheme="majorHAnsi" w:cstheme="majorHAnsi"/>
        </w:rPr>
        <w:br/>
        <w:t>Signature: ______________________________________</w:t>
      </w:r>
      <w:r w:rsidRPr="00BA70FB">
        <w:rPr>
          <w:rFonts w:asciiTheme="majorHAnsi" w:hAnsiTheme="majorHAnsi" w:cstheme="majorHAnsi"/>
        </w:rPr>
        <w:br/>
        <w:t>Date: ___________________</w:t>
      </w:r>
    </w:p>
    <w:p w14:paraId="74BD036D" w14:textId="77777777" w:rsidR="00D65649" w:rsidRPr="00BA70FB" w:rsidRDefault="00000000">
      <w:pPr>
        <w:pStyle w:val="berschrift3"/>
        <w:rPr>
          <w:rFonts w:cstheme="majorHAnsi"/>
        </w:rPr>
      </w:pPr>
      <w:r w:rsidRPr="00BA70FB">
        <w:rPr>
          <w:rFonts w:cstheme="majorHAnsi"/>
        </w:rPr>
        <w:t>SUBMISSION INSTRUCTIONS</w:t>
      </w:r>
    </w:p>
    <w:p w14:paraId="1239561A" w14:textId="3ADEA0AA" w:rsidR="00D65649" w:rsidRPr="00BA70FB" w:rsidRDefault="00000000">
      <w:pPr>
        <w:rPr>
          <w:rFonts w:asciiTheme="majorHAnsi" w:hAnsiTheme="majorHAnsi" w:cstheme="majorHAnsi"/>
        </w:rPr>
      </w:pPr>
      <w:r w:rsidRPr="00BA70FB">
        <w:rPr>
          <w:rFonts w:asciiTheme="majorHAnsi" w:hAnsiTheme="majorHAnsi" w:cstheme="majorHAnsi"/>
        </w:rPr>
        <w:t>Please submit the completed form along with all required documents to:</w:t>
      </w:r>
      <w:r w:rsidRPr="00BA70FB">
        <w:rPr>
          <w:rFonts w:asciiTheme="majorHAnsi" w:hAnsiTheme="majorHAnsi" w:cstheme="majorHAnsi"/>
        </w:rPr>
        <w:br/>
      </w:r>
      <w:r w:rsidR="00BA70FB" w:rsidRPr="00BA70FB">
        <w:rPr>
          <w:rFonts w:asciiTheme="majorHAnsi" w:hAnsiTheme="majorHAnsi" w:cstheme="majorHAnsi"/>
        </w:rPr>
        <w:t>surgery@iss-sic.com</w:t>
      </w:r>
      <w:r w:rsidRPr="00BA70FB">
        <w:rPr>
          <w:rFonts w:asciiTheme="majorHAnsi" w:hAnsiTheme="majorHAnsi" w:cstheme="majorHAnsi"/>
        </w:rPr>
        <w:t xml:space="preserve"> / </w:t>
      </w:r>
      <w:r w:rsidR="00BA70FB" w:rsidRPr="00BA70FB">
        <w:rPr>
          <w:rFonts w:asciiTheme="majorHAnsi" w:hAnsiTheme="majorHAnsi" w:cstheme="majorHAnsi"/>
        </w:rPr>
        <w:t>https://www.iss-sic.com/jobs</w:t>
      </w:r>
      <w:r w:rsidRPr="00BA70FB">
        <w:rPr>
          <w:rFonts w:asciiTheme="majorHAnsi" w:hAnsiTheme="majorHAnsi" w:cstheme="majorHAnsi"/>
        </w:rPr>
        <w:br/>
        <w:t xml:space="preserve">Deadline for submission: </w:t>
      </w:r>
      <w:r w:rsidR="00BA70FB" w:rsidRPr="00BA70FB">
        <w:rPr>
          <w:rFonts w:asciiTheme="majorHAnsi" w:hAnsiTheme="majorHAnsi" w:cstheme="majorHAnsi"/>
        </w:rPr>
        <w:t>May 31, 2025</w:t>
      </w:r>
    </w:p>
    <w:sectPr w:rsidR="00D65649" w:rsidRPr="00BA70F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1062381">
    <w:abstractNumId w:val="8"/>
  </w:num>
  <w:num w:numId="2" w16cid:durableId="1344630523">
    <w:abstractNumId w:val="6"/>
  </w:num>
  <w:num w:numId="3" w16cid:durableId="1076050262">
    <w:abstractNumId w:val="5"/>
  </w:num>
  <w:num w:numId="4" w16cid:durableId="193202996">
    <w:abstractNumId w:val="4"/>
  </w:num>
  <w:num w:numId="5" w16cid:durableId="944072262">
    <w:abstractNumId w:val="7"/>
  </w:num>
  <w:num w:numId="6" w16cid:durableId="13657090">
    <w:abstractNumId w:val="3"/>
  </w:num>
  <w:num w:numId="7" w16cid:durableId="1822767058">
    <w:abstractNumId w:val="2"/>
  </w:num>
  <w:num w:numId="8" w16cid:durableId="533612868">
    <w:abstractNumId w:val="1"/>
  </w:num>
  <w:num w:numId="9" w16cid:durableId="488057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6009F"/>
    <w:rsid w:val="008A4827"/>
    <w:rsid w:val="00AA1D8D"/>
    <w:rsid w:val="00B47730"/>
    <w:rsid w:val="00BA70FB"/>
    <w:rsid w:val="00CB0664"/>
    <w:rsid w:val="00D6564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BDB441"/>
  <w14:defaultImageDpi w14:val="300"/>
  <w15:docId w15:val="{6361CAC5-934B-4668-B6F6-C715E64F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B304368966438D714EE388F4B321" ma:contentTypeVersion="14" ma:contentTypeDescription="Create a new document." ma:contentTypeScope="" ma:versionID="f187bd5a78824a5b88a16244744ad9f6">
  <xsd:schema xmlns:xsd="http://www.w3.org/2001/XMLSchema" xmlns:xs="http://www.w3.org/2001/XMLSchema" xmlns:p="http://schemas.microsoft.com/office/2006/metadata/properties" xmlns:ns2="687550e3-fb30-45d5-8714-c8e5ddcad6d9" xmlns:ns3="4091db9f-9b68-400f-9a33-28e0e5fd305b" targetNamespace="http://schemas.microsoft.com/office/2006/metadata/properties" ma:root="true" ma:fieldsID="440ac4e14d124f8109bccc7ed4734191" ns2:_="" ns3:_="">
    <xsd:import namespace="687550e3-fb30-45d5-8714-c8e5ddcad6d9"/>
    <xsd:import namespace="4091db9f-9b68-400f-9a33-28e0e5fd30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550e3-fb30-45d5-8714-c8e5ddcad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a3b125d-d945-4377-9405-9547caaa4d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1db9f-9b68-400f-9a33-28e0e5fd30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cd35bdc-d9e4-4659-b55d-432d1590933f}" ma:internalName="TaxCatchAll" ma:showField="CatchAllData" ma:web="4091db9f-9b68-400f-9a33-28e0e5fd30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7550e3-fb30-45d5-8714-c8e5ddcad6d9">
      <Terms xmlns="http://schemas.microsoft.com/office/infopath/2007/PartnerControls"/>
    </lcf76f155ced4ddcb4097134ff3c332f>
    <TaxCatchAll xmlns="4091db9f-9b68-400f-9a33-28e0e5fd305b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EA56B-82C2-48ED-B681-6F1B9C56A02E}"/>
</file>

<file path=customXml/itemProps3.xml><?xml version="1.0" encoding="utf-8"?>
<ds:datastoreItem xmlns:ds="http://schemas.openxmlformats.org/officeDocument/2006/customXml" ds:itemID="{FCBB93A9-63EC-4D20-A3C5-F103342DE2D7}"/>
</file>

<file path=customXml/itemProps4.xml><?xml version="1.0" encoding="utf-8"?>
<ds:datastoreItem xmlns:ds="http://schemas.openxmlformats.org/officeDocument/2006/customXml" ds:itemID="{9A9C2CBC-DF11-49BC-ADC7-F0E3BB6FFB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Lara Bailey</cp:lastModifiedBy>
  <cp:revision>3</cp:revision>
  <dcterms:created xsi:type="dcterms:W3CDTF">2025-04-22T10:29:00Z</dcterms:created>
  <dcterms:modified xsi:type="dcterms:W3CDTF">2025-04-22T10:30:00Z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0x010100F325B304368966438D714EE388F4B321</vt:lpwstr>
  </property>
</Properties>
</file>